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01D7C" w14:textId="77777777" w:rsidR="00B923E6" w:rsidRDefault="00000000">
      <w:pPr>
        <w:jc w:val="right"/>
      </w:pPr>
      <w:r>
        <w:rPr>
          <w:i/>
        </w:rPr>
        <w:t>Annex 1</w:t>
      </w:r>
    </w:p>
    <w:p w14:paraId="09B80560" w14:textId="77777777" w:rsidR="00B923E6" w:rsidRDefault="00000000">
      <w:r>
        <w:t>Controller: Institute of Biotechnology of the Czech Academy of Sciences, v. v. i., registered office at Průmyslová 595, 252 50 Vestec, Company ID No.: 86652036 (hereinafter the "controller")</w:t>
      </w:r>
    </w:p>
    <w:p w14:paraId="73B2F9EE" w14:textId="77777777" w:rsidR="00B923E6" w:rsidRDefault="00000000">
      <w:r>
        <w:t>Data subject: ........................................................................................................................</w:t>
      </w:r>
    </w:p>
    <w:p w14:paraId="342B194C" w14:textId="77777777" w:rsidR="00B923E6" w:rsidRDefault="00000000">
      <w:pPr>
        <w:jc w:val="center"/>
      </w:pPr>
      <w:r>
        <w:rPr>
          <w:i/>
        </w:rPr>
        <w:t>(hereinafter the "data subject")</w:t>
      </w:r>
    </w:p>
    <w:p w14:paraId="74763992" w14:textId="77777777" w:rsidR="00B923E6" w:rsidRDefault="00B923E6"/>
    <w:p w14:paraId="768B8262" w14:textId="77777777" w:rsidR="00B923E6" w:rsidRDefault="00000000">
      <w:pPr>
        <w:jc w:val="center"/>
      </w:pPr>
      <w:r>
        <w:t>The above-mentioned data subject hereby submits this</w:t>
      </w:r>
    </w:p>
    <w:p w14:paraId="6115DC9D" w14:textId="77777777" w:rsidR="00B923E6" w:rsidRDefault="00000000">
      <w:pPr>
        <w:jc w:val="center"/>
      </w:pPr>
      <w:r>
        <w:rPr>
          <w:b/>
          <w:sz w:val="30"/>
        </w:rPr>
        <w:t>REQUEST</w:t>
      </w:r>
    </w:p>
    <w:p w14:paraId="1EBD6C59" w14:textId="77777777" w:rsidR="00B923E6" w:rsidRDefault="00000000">
      <w:pPr>
        <w:jc w:val="center"/>
      </w:pPr>
      <w:r>
        <w:t>to the personal data controller.</w:t>
      </w:r>
    </w:p>
    <w:p w14:paraId="63F248BA" w14:textId="77777777" w:rsidR="00B923E6" w:rsidRDefault="00000000">
      <w:r>
        <w:rPr>
          <w:b/>
        </w:rPr>
        <w:t>The data subject requests:</w:t>
      </w:r>
    </w:p>
    <w:p w14:paraId="60DD02D3" w14:textId="77777777" w:rsidR="00B923E6" w:rsidRDefault="00000000">
      <w:r>
        <w:rPr>
          <w:b/>
        </w:rPr>
        <w:t>☐ Erasure of personal data</w:t>
      </w:r>
    </w:p>
    <w:p w14:paraId="19C25124" w14:textId="77777777" w:rsidR="00B923E6" w:rsidRDefault="00000000">
      <w:r>
        <w:t>Specification of personal data: ...............................................................................................</w:t>
      </w:r>
    </w:p>
    <w:p w14:paraId="4EAF888D" w14:textId="77777777" w:rsidR="00B923E6" w:rsidRDefault="00000000">
      <w:r>
        <w:rPr>
          <w:b/>
        </w:rPr>
        <w:t>☐ Restriction of personal data processing</w:t>
      </w:r>
    </w:p>
    <w:p w14:paraId="3F166516" w14:textId="77777777" w:rsidR="00B923E6" w:rsidRDefault="00000000">
      <w:r>
        <w:t>Specification of personal data: ...............................................................................................</w:t>
      </w:r>
    </w:p>
    <w:p w14:paraId="5930CAFE" w14:textId="77777777" w:rsidR="00B923E6" w:rsidRDefault="00000000">
      <w:r>
        <w:rPr>
          <w:b/>
        </w:rPr>
        <w:t>☐ Portability of personal data</w:t>
      </w:r>
    </w:p>
    <w:p w14:paraId="3FE84F7C" w14:textId="77777777" w:rsidR="00B923E6" w:rsidRDefault="00000000">
      <w:r>
        <w:t>☐ The data subject requests that the controller transmit the personal data to another controller.</w:t>
      </w:r>
      <w:r>
        <w:br/>
        <w:t>Specification of the other controller: .....................................................................................</w:t>
      </w:r>
      <w:r>
        <w:br/>
        <w:t>Specification of personal data: ...............................................................................................</w:t>
      </w:r>
      <w:r>
        <w:br/>
      </w:r>
      <w:r>
        <w:br/>
        <w:t>☐ The data subject requests a statement of the personal data concerning them that are being processed.</w:t>
      </w:r>
    </w:p>
    <w:p w14:paraId="4E3E2063" w14:textId="77777777" w:rsidR="00B923E6" w:rsidRDefault="00000000">
      <w:r>
        <w:rPr>
          <w:b/>
        </w:rPr>
        <w:t>☐ The data subject objects to the processing of their personal data</w:t>
      </w:r>
    </w:p>
    <w:p w14:paraId="406D55B9" w14:textId="77777777" w:rsidR="00B923E6" w:rsidRDefault="00000000">
      <w:r>
        <w:t>Specification of the personal data, the grounds for processing and reasons for the objection:</w:t>
      </w:r>
      <w:r>
        <w:br/>
        <w:t>........................................................................................................................................................</w:t>
      </w:r>
    </w:p>
    <w:p w14:paraId="3D7E794B" w14:textId="77777777" w:rsidR="00B923E6" w:rsidRDefault="00000000">
      <w:r>
        <w:rPr>
          <w:b/>
        </w:rPr>
        <w:t>☐ The data subject withdraws consent to personal data processing</w:t>
      </w:r>
    </w:p>
    <w:p w14:paraId="37FFF8FB" w14:textId="77777777" w:rsidR="00B923E6" w:rsidRDefault="00000000">
      <w:r>
        <w:t>Specification of the consent (when and how it was given), personal data and purpose of processing:</w:t>
      </w:r>
      <w:r>
        <w:br/>
        <w:t>........................................................................................................................................................</w:t>
      </w:r>
    </w:p>
    <w:p w14:paraId="71FF7AA4" w14:textId="77777777" w:rsidR="00B923E6" w:rsidRDefault="00B923E6"/>
    <w:p w14:paraId="7110CE07" w14:textId="77777777" w:rsidR="00B923E6" w:rsidRDefault="00000000">
      <w:r>
        <w:t>In .......................................................... on ..........................................................</w:t>
      </w:r>
    </w:p>
    <w:p w14:paraId="2CBCC47A" w14:textId="77777777" w:rsidR="00B923E6" w:rsidRDefault="00B923E6"/>
    <w:p w14:paraId="49EE5BE2" w14:textId="21EA8C92" w:rsidR="00B923E6" w:rsidRDefault="00000000" w:rsidP="00716DD6">
      <w:pPr>
        <w:jc w:val="right"/>
      </w:pPr>
      <w:r>
        <w:t>Signature: ..............................................................................</w:t>
      </w:r>
    </w:p>
    <w:p w14:paraId="5847B94D" w14:textId="77777777" w:rsidR="00B923E6" w:rsidRDefault="00000000">
      <w:pPr>
        <w:jc w:val="right"/>
      </w:pPr>
      <w:r>
        <w:rPr>
          <w:i/>
        </w:rPr>
        <w:t>Annex 2</w:t>
      </w:r>
    </w:p>
    <w:sectPr w:rsidR="00B923E6" w:rsidSect="00034616">
      <w:headerReference w:type="default" r:id="rId8"/>
      <w:footerReference w:type="default" r:id="rId9"/>
      <w:pgSz w:w="11906" w:h="16838"/>
      <w:pgMar w:top="1247" w:right="1417" w:bottom="1134" w:left="141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36392" w14:textId="77777777" w:rsidR="00D64F74" w:rsidRDefault="00D64F74">
      <w:pPr>
        <w:spacing w:after="0" w:line="240" w:lineRule="auto"/>
      </w:pPr>
      <w:r>
        <w:separator/>
      </w:r>
    </w:p>
  </w:endnote>
  <w:endnote w:type="continuationSeparator" w:id="0">
    <w:p w14:paraId="664DD237" w14:textId="77777777" w:rsidR="00D64F74" w:rsidRDefault="00D64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C1AC4" w14:textId="77777777" w:rsidR="00B923E6" w:rsidRDefault="00000000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 w:rsidR="00CD1DB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B5BEC" w14:textId="77777777" w:rsidR="00D64F74" w:rsidRDefault="00D64F74">
      <w:pPr>
        <w:spacing w:after="0" w:line="240" w:lineRule="auto"/>
      </w:pPr>
      <w:r>
        <w:separator/>
      </w:r>
    </w:p>
  </w:footnote>
  <w:footnote w:type="continuationSeparator" w:id="0">
    <w:p w14:paraId="085E6A6D" w14:textId="77777777" w:rsidR="00D64F74" w:rsidRDefault="00D64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8E501" w14:textId="758D7915" w:rsidR="00B923E6" w:rsidRDefault="00CD1DBD">
    <w:pPr>
      <w:pBdr>
        <w:bottom w:val="single" w:sz="6" w:space="0" w:color="52A7C7"/>
      </w:pBdr>
    </w:pPr>
    <w:r>
      <w:rPr>
        <w:color w:val="007CB0"/>
        <w:sz w:val="16"/>
      </w:rPr>
      <w:t xml:space="preserve">IBT     Institute of Biotechnology of the CAS, v. v. </w:t>
    </w:r>
    <w:proofErr w:type="spellStart"/>
    <w:r>
      <w:rPr>
        <w:color w:val="007CB0"/>
        <w:sz w:val="16"/>
      </w:rPr>
      <w:t>i</w:t>
    </w:r>
    <w:proofErr w:type="spellEnd"/>
    <w:r>
      <w:rPr>
        <w:color w:val="007CB0"/>
        <w:sz w:val="1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19851359">
    <w:abstractNumId w:val="8"/>
  </w:num>
  <w:num w:numId="2" w16cid:durableId="842669397">
    <w:abstractNumId w:val="6"/>
  </w:num>
  <w:num w:numId="3" w16cid:durableId="1835683316">
    <w:abstractNumId w:val="5"/>
  </w:num>
  <w:num w:numId="4" w16cid:durableId="1642346217">
    <w:abstractNumId w:val="4"/>
  </w:num>
  <w:num w:numId="5" w16cid:durableId="647706718">
    <w:abstractNumId w:val="7"/>
  </w:num>
  <w:num w:numId="6" w16cid:durableId="704865824">
    <w:abstractNumId w:val="3"/>
  </w:num>
  <w:num w:numId="7" w16cid:durableId="89854996">
    <w:abstractNumId w:val="2"/>
  </w:num>
  <w:num w:numId="8" w16cid:durableId="307169568">
    <w:abstractNumId w:val="1"/>
  </w:num>
  <w:num w:numId="9" w16cid:durableId="1849589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F2736"/>
    <w:rsid w:val="00716DD6"/>
    <w:rsid w:val="00AA1D8D"/>
    <w:rsid w:val="00B47730"/>
    <w:rsid w:val="00B56911"/>
    <w:rsid w:val="00B923E6"/>
    <w:rsid w:val="00C10E28"/>
    <w:rsid w:val="00CB0664"/>
    <w:rsid w:val="00CD1DBD"/>
    <w:rsid w:val="00D31BF5"/>
    <w:rsid w:val="00D64F74"/>
    <w:rsid w:val="00E029C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A0EFBD"/>
  <w14:defaultImageDpi w14:val="300"/>
  <w15:docId w15:val="{1C029954-238B-473C-9371-5DBA4491F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140" w:line="259" w:lineRule="auto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300" w:after="16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bCs/>
      <w:color w:val="000000"/>
      <w:sz w:val="23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/>
      <w:b/>
      <w:bCs/>
      <w:color w:val="000000"/>
      <w:sz w:val="2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inition">
    <w:name w:val="Definition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Data Protection Directive - English Translation</dc:title>
  <dc:subject>English translation of the IBT directive</dc:subject>
  <dc:creator>Institute of Biotechnology of the CAS, v. v. i.</dc:creator>
  <cp:keywords/>
  <dc:description>generated by python-docx</dc:description>
  <cp:lastModifiedBy>Sedláčková Kateřina</cp:lastModifiedBy>
  <cp:revision>3</cp:revision>
  <dcterms:created xsi:type="dcterms:W3CDTF">2026-08-05T07:09:00Z</dcterms:created>
  <dcterms:modified xsi:type="dcterms:W3CDTF">2026-08-05T07:11:00Z</dcterms:modified>
  <cp:category/>
</cp:coreProperties>
</file>